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המשחק והעמדות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צהוב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שומרת על שער אחד ומנסה להבקיע בשער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 יכול לגעת בכדור בידיים, ורק באזור השער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משחקים כדורגל)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(המקום שאליו בועטים את הכדור כדי לנקוד)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שחקנים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(האדם ששומר על החוקים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ומתחיל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השחקנים בועטים בכדור ומנסים להבקיע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ומסיים את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 הוגן הוא כשמכבדים את היריב ואת השופט, לדוגמה לא דוחפים שחקן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שהתלמידים זוכרים לפחות שתי מילות אוצר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שהשוער שומר על השער ומונע גולים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הולמת כמו לחיצת יד או כבוד ליריב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בצפייה או דיון קצר על משחק כדורגל מוכר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בחלק ההתאמה והמילוי לפני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הסדר כדי לתרגל שיח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כדורגל הוא משחק קבוצתי פופולרי בכל העולם. בדף הזה נלמד מילים חדשות, נבין את חוקי המשחק ונתרגל כתיבה ודיבור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ידיים  ·  שוער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יש בכל קבוצה במגרש בו-זמנית?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צבע הכרטיס שמקבל שחקן על עברה לא חמורה?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כדורגל יש שני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לגעת בכדור בידיים בכל מקום במגרש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עומד בשער ושומר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תחילת המשחק השחקנים לוחצים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שאליו בועטים את הכדור כדי לנקוד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האדם ששומר על החוקים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משחקים כדורגל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שחקנים ששחקים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ומתחיל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ומסיים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נכנסים למגרש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בועטים בכדור ומנסים להבקיע 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משחק הוגן? 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חדשות שלמדתם היום בנושא כדורגל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השוער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