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עולים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מעולם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חוקי המשחק והעמדות העיקריות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פשוטים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השופט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קבוצה שומרת על שער אחד ומנסה להבקיע בשער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השוער יכול לגעת בכדור בידיים, ורק באזור השער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כרטיס אדום הוא עונשה חמורה שמוציאה את השחקן מהמשחק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הפסד הוא חלק מהספורט, ואפשר להפסיד בכבוד וללמוד מזה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מילה ופירוש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(המקום שבו משחקים כדורגל)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(המקום שאליו בועטים את הכדור כדי לנקוד)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(קבוצת שחקנים ששחקים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(האדם ששומר על החוקים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(אזהרה לשחקן על עברה)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נכנסים למגרש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השופט שורק ומתחיל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השחקנים בועטים בכדור ומנסים להבקיע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השופט שורק ומסיים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הקבוצה שניצחה חוגגת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משחק הוגן הוא כשמכבדים את היריב ואת השופט, לדוגמה לא דוחפים שחקן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כדורגל הוא משחק קבוצתי כי כל השחקנים עובדים יחד כדי לנצח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שהתלמידים זוכרים לפחות שתי מילות אוצר 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שהשוער שומר על השער ומונע גולים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הולמת כמו לחיצת יד או כבוד ליריב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בצפייה או דיון קצר על משחק כדורגל מוכר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בחלק ההתאמה והמילוי לפני המשימות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הסדר כדי לתרגל שיח בעברית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עולים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כדורגל זה משחק. יש שתי קבוצות. כל קבוצה רוצה לבעוט את הכדור לתוך השער. בדף הזה לומדים מילים חדשות בעברית על כדורגל.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משחקים כדורגל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שאליו בועטים את הכדור כדי לנקוד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השחקן ששומר על השער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ששומר על החוקים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קבוצה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שחקנים ששחקים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צהוב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אזהרה לשחקן על עברה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שמקבלים כשהכדור נכנס לשער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התפקיד של השחקן במגרש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משחקים מכל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עומד ליד השער?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צבע זה כרטיס אזהרה?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משחק הכדורגל?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באולם מחשבים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שומר על החוקים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הקפטן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כדורגל יש שני שערים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לגעת בכדור בידיים בכל מקום במגרש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אדום אומר שהשחקן חייב לרדת מהמגרש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הפסד במשחק אומר שהקבוצה היא לא טובה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עומד בשער ושומר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תחילת המשחק השחקנים לוחצים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שחקן בועט את הכדור לתוך השער, הקבוצה שלו מקבלת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שולט במשחק ובודק את החוקים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מילה ופירוש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מגרש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המקום שאליו בועטים את הכדור כדי לנקוד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קבוצת שחקנים ששחקים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אזהרה לשחקן על עברה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המקום שבו משחקים כדורגל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כרטיס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האדם ששומר על החוקים במשחק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שניצחה חוגגת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נכנסים למגרש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ומסיים את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בועטים בכדור ומנסים להבקיע שער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ומתחיל את המשחק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משחק הוגן? תנו דוגמה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על למה כדורגל הוא משחק קבוצתי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חדשות שלמדתם היום בנושא כדורגל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השוער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ספורטיבית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