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⚽ כדורגל – המשחק שכולם אוהבים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כדורגל – עולים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מילים בסיסיות מעולם הכדורגל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חוקי המשחק והעמדות העיקריות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בניית משפטים פשוטים בעברית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אמריקאיות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11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השוער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צהוב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במגרש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השופט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כל קבוצה שומרת על שער אחד ומנסה להבקיע בשער השני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רק השוער יכול לגעת בכדור בידיים, ורק באזור השער שלו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כרטיס אדום הוא עונשה חמורה שמוציאה את השחקן מהמשחק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הפסד הוא חלק מהספורט, ואפשר להפסיד בכבוד וללמוד מזה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חסר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שוער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ידיים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שופט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התאמה: מילה ופירוש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(המקום שבו משחקים כדורגל)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(המקום שאליו בועטים את הכדור כדי לנקוד)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(קבוצת שחקנים ששחקים יחד)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(האדם ששומר על החוקים במשחק)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(אזהרה לשחקן על עברה)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האירועים במשחק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השחקנים נכנסים למגרש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השופט שורק ומתחיל את המשחק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השחקנים בועטים בכדור ומנסים להבקיע שער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השופט שורק ומסיים את המשחק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הקבוצה שניצחה חוגגת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משחק הוגן הוא כשמכבדים את היריב ואת השופט, לדוגמה לא דוחפים שחקן אחר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כדורגל הוא משחק קבוצתי כי כל השחקנים עובדים יחד כדי לנצח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בודקים שהתלמידים זוכרים לפחות שתי מילות אוצר מילים חדשות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התלמיד/ה מסביר/ה שהשוער שומר על השער ומונע גולים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דוגמה הולמת כמו לחיצת יד או כבוד ליריב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להתחיל בצפייה או דיון קצר על משחק כדורגל מוכר לפני מילוי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חדשים מומלץ להתחיל בחלק ההתאמה והמילוי לפני המשימות הפתוחות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לעבוד בזוגות על חלק הסדר כדי לתרגל שיח בעברית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⚽ כדורגל – המשחק שכולם אוהבים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כדורגל – עולים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כדורגל הוא משחק קבוצתי פופולרי בכל העולם. בדף הזה נלמד מילים חדשות, נבין את חוקי המשחק ונתרגל כתיבה ודיבור בעברית.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שאלות 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כמה שחקנים יש בכל קבוצה במגרש בו-זמנית?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7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9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11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13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מי שומר על השער?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המגן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השוער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החלוץ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הקשר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צבע הכרטיס שמקבל שחקן על עברה לא חמורה?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אדום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צהוב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ירוק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כחול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איפה משחקים כדורגל?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בבריכה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במגרש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באולם מחשבים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בספרייה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מי קובע אם שחקן עבר על החוקים?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המאמן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הקהל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השופט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הקפטן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במשחק כדורגל יש שני שערים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מותר לגעת בכדור בידיים בכל מקום במגרש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כרטיס אדום אומר שהשחקן חייב לרדת מהמגרש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הפסד במשחק אומר שהקבוצה היא לא טובה בכלל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חסר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ה__________ עומד בשער ושומר עליו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לפני תחילת המשחק השחקנים לוחצים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כאשר שחקן בועט את הכדור לתוך השער, הקבוצה שלו מקבלת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ה__________ שולט במשחק ובודק את החוקים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התאמה: מילה ופירוש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מגרש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אזהרה לשחקן על עברה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שער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האדם ששומר על החוקים במשחק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קבוצה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המקום שאליו בועטים את הכדור כדי לנקוד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שופט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קבוצת שחקנים ששחקים יחד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כרטיס צהוב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המקום שבו משחקים כדורגל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האירועים במשחק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הקבוצה שניצחה חוגגת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השופט שורק ומסיים את המשחק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השופט שורק ומתחיל את המשחק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השחקנים בועטים בכדור ומנסים להבקיע שער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השחקנים נכנסים למגרש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זה משחק הוגן? תנו דוגמה אחת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משפט קצר על למה כדורגל הוא משחק קבוצתי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שתי מילים חדשות שלמדתם היום בנושא כדורגל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תפקיד השוער במשחק?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אחת להתנהגות ספורטיבית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כדורגל – עולים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